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FFFFF"/>
          <w:sz w:val="40"/>
        </w:rPr>
        <w:t>RANKING F1BOYZ</w:t>
      </w:r>
    </w:p>
    <w:p>
      <w:pPr>
        <w:jc w:val="center"/>
      </w:pPr>
      <w:r>
        <w:rPr>
          <w:b/>
          <w:color w:val="FFD700"/>
        </w:rPr>
        <w:t>Aggiornamento al 10 Ottobre 2026</w:t>
      </w:r>
    </w:p>
    <w:p>
      <w:pPr>
        <w:jc w:val="center"/>
      </w:pPr>
      <w:r>
        <w:rPr>
          <w:i/>
        </w:rPr>
        <w:t>Delta vs 3 ottobre 2026   ·   ▲ guadagnate   ▼ perse   = stabile   ·   E = espulsione (punteggio &lt; 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POSIZIONE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MEMBRO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PRESENZE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MEDIA POND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MOLT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PUNTEGGIO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1 =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ʜ+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81.13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122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2 =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ᴀʟᴇ217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70.30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105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3 =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ɪᴄᴇ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67.35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101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4 ▲2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ꜱᴜɢᴏ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53.91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81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5 =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ᴀʟʙᴇʀᴛ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52.55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79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6 ▼2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ꜰᴀʀʟᴏᴄᴄᴏ2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47.18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71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7 =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ᴍᴀᴄᴋ x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59.30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65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8 ▲1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ʀᴀᴘɪᴅᴏ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36.01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54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9 NEW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ɢɪᴀɴ96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42.28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47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10 ▼2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ᴇǫᴜɪx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28.25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42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11 ▼1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ʀᴅᴀʟᴀɪɴ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20.57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31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12 ▼1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ᴀᴄʜᴀʀᴇ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21.01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23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13 ▲15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ᴛʜᴏᴍᴀꜱ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14.65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18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14 ▼2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ʟᴜᴄɪᴀ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11.69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18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15 ▼2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(ᴘʀ)@ᴠᴏɪᴅ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14.70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16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16 ▼2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ᴛᴜʀʙᴏ72217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12.23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16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17 ▲5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ᴢɪᴏᴘᴇᴘᴇ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10.60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15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18 ▼3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ᴄɪᴄᴀʙᴜᴍ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8.53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13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19 ▼2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ᴄᴀᴘᴏ97351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8.47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13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20 ▼4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ᴀᴅʀɪ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8.17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12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21 ▼2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ʜéʀᴏᴇ03969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9.64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22 ▼4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ᴘᴀʟʟᴇꜱᴇxᴏ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7.61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23 ▼3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ꜱᴀᴍᴜ88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6.61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10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24 ▼3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ʙᴀʟᴏᴛᴇʟʟɪ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7.69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9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25 ▼1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ᴛʜᴇᴘᴇʀʀʏ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5.15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8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26 ▼3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ᴘɪʟᴏᴛᴀ74545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5.49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8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27 ▼1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ꜱʟᴀʏᴇʀ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4.87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7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28 ▼3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ᴄʀᴀᴢʏᴘʀɪᴍᴇ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4.47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7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29 ▲9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ᴄᴏʀᴡʟʟᴏ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4.70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7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30 ▼3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ᴋʟᴀᴜᴅɪᴏ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4.87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7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31 ▼2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ꜱᴏɴɪᴄ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4.37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6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32 NEW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ᴇʟꜰᴏ_88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4.49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33 ▼3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ᴛᴜʀʙᴏ51898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3.00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34 ▼3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ɴɪᴄʜᴏʟᴀꜱ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3.33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35 ▼3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ʟɪʀᴀ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2.80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36 ▲1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ᴘᴇʀɴɪᴄᴇᴜɴᴛᴀ5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1.75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3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37 NEW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ʙᴀʀᴛ9@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2.09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3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38 ▼3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ꜱɪʀꜱᴇʀᴘɪᴄᴏ91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39 ▼6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ʙᴀʀᴛ9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2.02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40 ▼4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ɢɪᴜꜱʏ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1.24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41 ▼7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ʟᴇᴏɴᴀʀᴅᴏ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42 = E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ᴘʀᴏᴅᴅʏ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0.48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43 ▼4 E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ᴀꜱꜱᴏ88879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1.03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44 ▼3 E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ʙᴀʀᴜ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0.59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45 ▼5 E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ᴅᴀᴠɪᴅᴇɢɪᴀɴ09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0.39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0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t>46 ▲1 E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ᴛᴜʀʙᴏ67313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0.16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1.1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t>0</w:t>
            </w:r>
          </w:p>
        </w:tc>
      </w:tr>
    </w:tbl>
    <w:p>
      <w:pPr>
        <w:pStyle w:val="Heading1"/>
      </w:pPr>
      <w:r>
        <w:t>MODELLO 5W</w:t>
      </w:r>
    </w:p>
    <w:p>
      <w:r>
        <w:t>WHO: Membri F1Boyz con almeno uno score &gt; 0 nelle 5 settimane (11 set – 10 ott 2026)</w:t>
      </w:r>
    </w:p>
    <w:p>
      <w:r>
        <w:t>WHAT: Ranking = media ponderata (solo settimane di presenza) × (1 + presenze/10), arrotondato all’unità</w:t>
      </w:r>
    </w:p>
    <w:p>
      <w:r>
        <w:t>WHEN: Aggiornamento 10 Ottobre 2026; pesi 0,8 (11 set) … 1,2 (10 ott)</w:t>
      </w:r>
    </w:p>
    <w:p>
      <w:r>
        <w:t>WHERE: Classifica interna scuderia; E = punteggio inferiore a 2</w:t>
      </w:r>
    </w:p>
    <w:p>
      <w:r>
        <w:t>WHY: Premiare il rendimento recente e la continuità di presenza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