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61"/>
        <w:gridCol w:w="7824"/>
        <w:gridCol w:w="1361"/>
      </w:tblGrid>
      <w:tr>
        <w:tc>
          <w:tcPr>
            <w:tcW w:type="dxa" w:w="3515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756000" cy="7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ran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" cy="7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15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52"/>
              </w:rPr>
              <w:t>RANKING F1BOYZ</w:t>
            </w:r>
          </w:p>
        </w:tc>
        <w:tc>
          <w:tcPr>
            <w:tcW w:type="dxa" w:w="3515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756000" cy="75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ran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" cy="7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center"/>
      </w:pPr>
      <w:r>
        <w:rPr>
          <w:rFonts w:ascii="Arial" w:hAnsi="Arial"/>
          <w:i/>
          <w:color w:val="4A148C"/>
          <w:sz w:val="24"/>
        </w:rPr>
        <w:t>Aggiornamento al 11 Settembre 2026</w:t>
      </w:r>
    </w:p>
    <w:p>
      <w:pPr>
        <w:jc w:val="center"/>
      </w:pPr>
      <w:r>
        <w:rPr>
          <w:rFonts w:ascii="Arial" w:hAnsi="Arial"/>
          <w:i/>
          <w:color w:val="4A148C"/>
          <w:sz w:val="16"/>
        </w:rPr>
        <w:t>Modello 5W  ·  Pesi 0,8 / 0,9 / 1,0 / 1,1 / 1,2  ·  Molt. 1+0,1×presenze  ·  Delta vs 7 settembre 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58"/>
        <w:gridCol w:w="1758"/>
        <w:gridCol w:w="1758"/>
        <w:gridCol w:w="1758"/>
        <w:gridCol w:w="1758"/>
        <w:gridCol w:w="1758"/>
      </w:tblGrid>
      <w:tr>
        <w:tc>
          <w:tcPr>
            <w:tcW w:type="dxa" w:w="1758"/>
            <w:shd w:fill="4A148C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POSIZIONE</w:t>
            </w:r>
          </w:p>
        </w:tc>
        <w:tc>
          <w:tcPr>
            <w:tcW w:type="dxa" w:w="1758"/>
            <w:shd w:fill="4A148C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MEMBRO</w:t>
            </w:r>
          </w:p>
        </w:tc>
        <w:tc>
          <w:tcPr>
            <w:tcW w:type="dxa" w:w="1758"/>
            <w:shd w:fill="4A148C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PRESENZE</w:t>
            </w:r>
          </w:p>
        </w:tc>
        <w:tc>
          <w:tcPr>
            <w:tcW w:type="dxa" w:w="1758"/>
            <w:shd w:fill="4A148C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MEDIA POND</w:t>
            </w:r>
          </w:p>
        </w:tc>
        <w:tc>
          <w:tcPr>
            <w:tcW w:type="dxa" w:w="1758"/>
            <w:shd w:fill="4A148C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MOLT</w:t>
            </w:r>
          </w:p>
        </w:tc>
        <w:tc>
          <w:tcPr>
            <w:tcW w:type="dxa" w:w="1758"/>
            <w:shd w:fill="4A148C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PUNTEGGIO</w:t>
            </w:r>
          </w:p>
        </w:tc>
      </w:tr>
      <w:tr>
        <w:trPr>
          <w:trHeight w:val="482" w:hRule="atLeast"/>
        </w:trPr>
        <w:tc>
          <w:tcPr>
            <w:tcW w:type="dxa" w:w="1758"/>
            <w:shd w:fill="FFF3C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1  (=)</w:t>
            </w:r>
          </w:p>
        </w:tc>
        <w:tc>
          <w:tcPr>
            <w:tcW w:type="dxa" w:w="1758"/>
            <w:shd w:fill="FFF3C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ʜ+</w:t>
            </w:r>
          </w:p>
        </w:tc>
        <w:tc>
          <w:tcPr>
            <w:tcW w:type="dxa" w:w="1758"/>
            <w:shd w:fill="FFF3C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5</w:t>
            </w:r>
          </w:p>
        </w:tc>
        <w:tc>
          <w:tcPr>
            <w:tcW w:type="dxa" w:w="1758"/>
            <w:shd w:fill="FFF3C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86.86</w:t>
            </w:r>
          </w:p>
        </w:tc>
        <w:tc>
          <w:tcPr>
            <w:tcW w:type="dxa" w:w="1758"/>
            <w:shd w:fill="FFF3C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1.5</w:t>
            </w:r>
          </w:p>
        </w:tc>
        <w:tc>
          <w:tcPr>
            <w:tcW w:type="dxa" w:w="1758"/>
            <w:shd w:fill="FFF3C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130</w:t>
            </w:r>
          </w:p>
        </w:tc>
      </w:tr>
      <w:tr>
        <w:trPr>
          <w:trHeight w:val="482" w:hRule="atLeast"/>
        </w:trPr>
        <w:tc>
          <w:tcPr>
            <w:tcW w:type="dxa" w:w="1758"/>
            <w:shd w:fill="E8E8E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2  (=)</w:t>
            </w:r>
          </w:p>
        </w:tc>
        <w:tc>
          <w:tcPr>
            <w:tcW w:type="dxa" w:w="1758"/>
            <w:shd w:fill="E8E8E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ɪᴄᴇ</w:t>
            </w:r>
          </w:p>
        </w:tc>
        <w:tc>
          <w:tcPr>
            <w:tcW w:type="dxa" w:w="1758"/>
            <w:shd w:fill="E8E8E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5</w:t>
            </w:r>
          </w:p>
        </w:tc>
        <w:tc>
          <w:tcPr>
            <w:tcW w:type="dxa" w:w="1758"/>
            <w:shd w:fill="E8E8E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68.38</w:t>
            </w:r>
          </w:p>
        </w:tc>
        <w:tc>
          <w:tcPr>
            <w:tcW w:type="dxa" w:w="1758"/>
            <w:shd w:fill="E8E8E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1.5</w:t>
            </w:r>
          </w:p>
        </w:tc>
        <w:tc>
          <w:tcPr>
            <w:tcW w:type="dxa" w:w="1758"/>
            <w:shd w:fill="E8E8E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103</w:t>
            </w:r>
          </w:p>
        </w:tc>
      </w:tr>
      <w:tr>
        <w:trPr>
          <w:trHeight w:val="482" w:hRule="atLeast"/>
        </w:trPr>
        <w:tc>
          <w:tcPr>
            <w:tcW w:type="dxa" w:w="1758"/>
            <w:shd w:fill="E8C4A0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3  (=)</w:t>
            </w:r>
          </w:p>
        </w:tc>
        <w:tc>
          <w:tcPr>
            <w:tcW w:type="dxa" w:w="1758"/>
            <w:shd w:fill="E8C4A0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ᴀʟᴇ217</w:t>
            </w:r>
          </w:p>
        </w:tc>
        <w:tc>
          <w:tcPr>
            <w:tcW w:type="dxa" w:w="1758"/>
            <w:shd w:fill="E8C4A0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5</w:t>
            </w:r>
          </w:p>
        </w:tc>
        <w:tc>
          <w:tcPr>
            <w:tcW w:type="dxa" w:w="1758"/>
            <w:shd w:fill="E8C4A0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65.20</w:t>
            </w:r>
          </w:p>
        </w:tc>
        <w:tc>
          <w:tcPr>
            <w:tcW w:type="dxa" w:w="1758"/>
            <w:shd w:fill="E8C4A0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1.5</w:t>
            </w:r>
          </w:p>
        </w:tc>
        <w:tc>
          <w:tcPr>
            <w:tcW w:type="dxa" w:w="1758"/>
            <w:shd w:fill="E8C4A0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/>
                <w:color w:val="1A1A2E"/>
                <w:sz w:val="24"/>
              </w:rPr>
              <w:t>98</w:t>
            </w:r>
          </w:p>
        </w:tc>
      </w:tr>
      <w:tr>
        <w:tc>
          <w:tcPr>
            <w:tcW w:type="dxa" w:w="1758"/>
            <w:shd w:fill="F1F8E9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4  (=)</w:t>
            </w:r>
          </w:p>
        </w:tc>
        <w:tc>
          <w:tcPr>
            <w:tcW w:type="dxa" w:w="1758"/>
            <w:shd w:fill="F1F8E9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ᴀʟʙᴇʀᴛ</w:t>
            </w:r>
          </w:p>
        </w:tc>
        <w:tc>
          <w:tcPr>
            <w:tcW w:type="dxa" w:w="1758"/>
            <w:shd w:fill="F1F8E9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1F8E9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53.98</w:t>
            </w:r>
          </w:p>
        </w:tc>
        <w:tc>
          <w:tcPr>
            <w:tcW w:type="dxa" w:w="1758"/>
            <w:shd w:fill="F1F8E9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1F8E9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81</w:t>
            </w:r>
          </w:p>
        </w:tc>
      </w:tr>
      <w:tr>
        <w:tc>
          <w:tcPr>
            <w:tcW w:type="dxa" w:w="1758"/>
            <w:shd w:fill="F1F8E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  (=)</w:t>
            </w:r>
          </w:p>
        </w:tc>
        <w:tc>
          <w:tcPr>
            <w:tcW w:type="dxa" w:w="1758"/>
            <w:shd w:fill="F1F8E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ᴇǫᴜɪx</w:t>
            </w:r>
          </w:p>
        </w:tc>
        <w:tc>
          <w:tcPr>
            <w:tcW w:type="dxa" w:w="1758"/>
            <w:shd w:fill="F1F8E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1F8E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49.24</w:t>
            </w:r>
          </w:p>
        </w:tc>
        <w:tc>
          <w:tcPr>
            <w:tcW w:type="dxa" w:w="1758"/>
            <w:shd w:fill="F1F8E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1F8E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74</w:t>
            </w:r>
          </w:p>
        </w:tc>
      </w:tr>
      <w:tr>
        <w:tc>
          <w:tcPr>
            <w:tcW w:type="dxa" w:w="1758"/>
            <w:shd w:fill="F2F8EB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6  (=)</w:t>
            </w:r>
          </w:p>
        </w:tc>
        <w:tc>
          <w:tcPr>
            <w:tcW w:type="dxa" w:w="1758"/>
            <w:shd w:fill="F2F8EB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ꜱᴜɢᴏ</w:t>
            </w:r>
          </w:p>
        </w:tc>
        <w:tc>
          <w:tcPr>
            <w:tcW w:type="dxa" w:w="1758"/>
            <w:shd w:fill="F2F8EB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2F8EB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42.26</w:t>
            </w:r>
          </w:p>
        </w:tc>
        <w:tc>
          <w:tcPr>
            <w:tcW w:type="dxa" w:w="1758"/>
            <w:shd w:fill="F2F8EB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2F8EB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63</w:t>
            </w:r>
          </w:p>
        </w:tc>
      </w:tr>
      <w:tr>
        <w:tc>
          <w:tcPr>
            <w:tcW w:type="dxa" w:w="1758"/>
            <w:shd w:fill="F3F9E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5E20"/>
                <w:sz w:val="18"/>
              </w:rPr>
              <w:t>7  (▲1)</w:t>
            </w:r>
          </w:p>
        </w:tc>
        <w:tc>
          <w:tcPr>
            <w:tcW w:type="dxa" w:w="1758"/>
            <w:shd w:fill="F3F9E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ꜰᴀʀʟᴏᴄᴄᴏ2</w:t>
            </w:r>
          </w:p>
        </w:tc>
        <w:tc>
          <w:tcPr>
            <w:tcW w:type="dxa" w:w="1758"/>
            <w:shd w:fill="F3F9E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3F9E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38.93</w:t>
            </w:r>
          </w:p>
        </w:tc>
        <w:tc>
          <w:tcPr>
            <w:tcW w:type="dxa" w:w="1758"/>
            <w:shd w:fill="F3F9E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3F9E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58</w:t>
            </w:r>
          </w:p>
        </w:tc>
      </w:tr>
      <w:tr>
        <w:tc>
          <w:tcPr>
            <w:tcW w:type="dxa" w:w="1758"/>
            <w:shd w:fill="F4F9EE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8  (▼1)</w:t>
            </w:r>
          </w:p>
        </w:tc>
        <w:tc>
          <w:tcPr>
            <w:tcW w:type="dxa" w:w="1758"/>
            <w:shd w:fill="F4F9EE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ʀᴀᴘɪᴅᴏ</w:t>
            </w:r>
          </w:p>
        </w:tc>
        <w:tc>
          <w:tcPr>
            <w:tcW w:type="dxa" w:w="1758"/>
            <w:shd w:fill="F4F9EE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4F9EE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36.59</w:t>
            </w:r>
          </w:p>
        </w:tc>
        <w:tc>
          <w:tcPr>
            <w:tcW w:type="dxa" w:w="1758"/>
            <w:shd w:fill="F4F9EE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4F9EE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55</w:t>
            </w:r>
          </w:p>
        </w:tc>
      </w:tr>
      <w:tr>
        <w:tc>
          <w:tcPr>
            <w:tcW w:type="dxa" w:w="1758"/>
            <w:shd w:fill="F5FAE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5E20"/>
                <w:sz w:val="18"/>
              </w:rPr>
              <w:t>9  (▲3)</w:t>
            </w:r>
          </w:p>
        </w:tc>
        <w:tc>
          <w:tcPr>
            <w:tcW w:type="dxa" w:w="1758"/>
            <w:shd w:fill="F5FAE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ᴍᴀᴄᴋ x</w:t>
            </w:r>
          </w:p>
        </w:tc>
        <w:tc>
          <w:tcPr>
            <w:tcW w:type="dxa" w:w="1758"/>
            <w:shd w:fill="F5FAE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</w:t>
            </w:r>
          </w:p>
        </w:tc>
        <w:tc>
          <w:tcPr>
            <w:tcW w:type="dxa" w:w="1758"/>
            <w:shd w:fill="F5FAE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43.71</w:t>
            </w:r>
          </w:p>
        </w:tc>
        <w:tc>
          <w:tcPr>
            <w:tcW w:type="dxa" w:w="1758"/>
            <w:shd w:fill="F5FAE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1.2</w:t>
            </w:r>
          </w:p>
        </w:tc>
        <w:tc>
          <w:tcPr>
            <w:tcW w:type="dxa" w:w="1758"/>
            <w:shd w:fill="F5FAE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52</w:t>
            </w:r>
          </w:p>
        </w:tc>
      </w:tr>
      <w:tr>
        <w:tc>
          <w:tcPr>
            <w:tcW w:type="dxa" w:w="1758"/>
            <w:shd w:fill="F6FAF1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10  (=)</w:t>
            </w:r>
          </w:p>
        </w:tc>
        <w:tc>
          <w:tcPr>
            <w:tcW w:type="dxa" w:w="1758"/>
            <w:shd w:fill="F6FAF1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ᴘɪʟᴀꜱᴛʀᴏ</w:t>
            </w:r>
          </w:p>
        </w:tc>
        <w:tc>
          <w:tcPr>
            <w:tcW w:type="dxa" w:w="1758"/>
            <w:shd w:fill="F6FAF1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</w:t>
            </w:r>
          </w:p>
        </w:tc>
        <w:tc>
          <w:tcPr>
            <w:tcW w:type="dxa" w:w="1758"/>
            <w:shd w:fill="F6FAF1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34.81</w:t>
            </w:r>
          </w:p>
        </w:tc>
        <w:tc>
          <w:tcPr>
            <w:tcW w:type="dxa" w:w="1758"/>
            <w:shd w:fill="F6FAF1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1.2</w:t>
            </w:r>
          </w:p>
        </w:tc>
        <w:tc>
          <w:tcPr>
            <w:tcW w:type="dxa" w:w="1758"/>
            <w:shd w:fill="F6FAF1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42</w:t>
            </w:r>
          </w:p>
        </w:tc>
      </w:tr>
      <w:tr>
        <w:tc>
          <w:tcPr>
            <w:tcW w:type="dxa" w:w="1758"/>
            <w:shd w:fill="F7FBF2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11  (▼2)</w:t>
            </w:r>
          </w:p>
        </w:tc>
        <w:tc>
          <w:tcPr>
            <w:tcW w:type="dxa" w:w="1758"/>
            <w:shd w:fill="F7FBF2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ʀᴅᴀʟᴀɪɴ</w:t>
            </w:r>
          </w:p>
        </w:tc>
        <w:tc>
          <w:tcPr>
            <w:tcW w:type="dxa" w:w="1758"/>
            <w:shd w:fill="F7FBF2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7FBF2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27.79</w:t>
            </w:r>
          </w:p>
        </w:tc>
        <w:tc>
          <w:tcPr>
            <w:tcW w:type="dxa" w:w="1758"/>
            <w:shd w:fill="F7FBF2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7FBF2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42</w:t>
            </w:r>
          </w:p>
        </w:tc>
      </w:tr>
      <w:tr>
        <w:tc>
          <w:tcPr>
            <w:tcW w:type="dxa" w:w="1758"/>
            <w:shd w:fill="F8FBF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12  (new)</w:t>
            </w:r>
          </w:p>
        </w:tc>
        <w:tc>
          <w:tcPr>
            <w:tcW w:type="dxa" w:w="1758"/>
            <w:shd w:fill="F8FBF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ᴛᴜʀʙᴏ72217</w:t>
            </w:r>
          </w:p>
        </w:tc>
        <w:tc>
          <w:tcPr>
            <w:tcW w:type="dxa" w:w="1758"/>
            <w:shd w:fill="F8FBF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</w:t>
            </w:r>
          </w:p>
        </w:tc>
        <w:tc>
          <w:tcPr>
            <w:tcW w:type="dxa" w:w="1758"/>
            <w:shd w:fill="F8FBF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26.56</w:t>
            </w:r>
          </w:p>
        </w:tc>
        <w:tc>
          <w:tcPr>
            <w:tcW w:type="dxa" w:w="1758"/>
            <w:shd w:fill="F8FBF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1.1</w:t>
            </w:r>
          </w:p>
        </w:tc>
        <w:tc>
          <w:tcPr>
            <w:tcW w:type="dxa" w:w="1758"/>
            <w:shd w:fill="F8FBF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29</w:t>
            </w:r>
          </w:p>
        </w:tc>
      </w:tr>
      <w:tr>
        <w:tc>
          <w:tcPr>
            <w:tcW w:type="dxa" w:w="1758"/>
            <w:shd w:fill="F8FBF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13  (=)</w:t>
            </w:r>
          </w:p>
        </w:tc>
        <w:tc>
          <w:tcPr>
            <w:tcW w:type="dxa" w:w="1758"/>
            <w:shd w:fill="F8FBF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ᴄɪᴄᴀʙᴜᴍ</w:t>
            </w:r>
          </w:p>
        </w:tc>
        <w:tc>
          <w:tcPr>
            <w:tcW w:type="dxa" w:w="1758"/>
            <w:shd w:fill="F8FBF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8FBF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16.08</w:t>
            </w:r>
          </w:p>
        </w:tc>
        <w:tc>
          <w:tcPr>
            <w:tcW w:type="dxa" w:w="1758"/>
            <w:shd w:fill="F8FBF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8FBF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24</w:t>
            </w:r>
          </w:p>
        </w:tc>
      </w:tr>
      <w:tr>
        <w:tc>
          <w:tcPr>
            <w:tcW w:type="dxa" w:w="1758"/>
            <w:shd w:fill="F9FCF6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14  (▼3)</w:t>
            </w:r>
          </w:p>
        </w:tc>
        <w:tc>
          <w:tcPr>
            <w:tcW w:type="dxa" w:w="1758"/>
            <w:shd w:fill="F9FCF6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ʟᴜᴄɪᴀ</w:t>
            </w:r>
          </w:p>
        </w:tc>
        <w:tc>
          <w:tcPr>
            <w:tcW w:type="dxa" w:w="1758"/>
            <w:shd w:fill="F9FCF6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9FCF6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14.53</w:t>
            </w:r>
          </w:p>
        </w:tc>
        <w:tc>
          <w:tcPr>
            <w:tcW w:type="dxa" w:w="1758"/>
            <w:shd w:fill="F9FCF6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9FCF6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22</w:t>
            </w:r>
          </w:p>
        </w:tc>
      </w:tr>
      <w:tr>
        <w:tc>
          <w:tcPr>
            <w:tcW w:type="dxa" w:w="1758"/>
            <w:shd w:fill="FAFCF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5E20"/>
                <w:sz w:val="18"/>
              </w:rPr>
              <w:t>15  (▲1)</w:t>
            </w:r>
          </w:p>
        </w:tc>
        <w:tc>
          <w:tcPr>
            <w:tcW w:type="dxa" w:w="1758"/>
            <w:shd w:fill="FAFCF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ᴍᴀᴅ ᴅʀɪᴠᴇʀ</w:t>
            </w:r>
          </w:p>
        </w:tc>
        <w:tc>
          <w:tcPr>
            <w:tcW w:type="dxa" w:w="1758"/>
            <w:shd w:fill="FAFCF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3</w:t>
            </w:r>
          </w:p>
        </w:tc>
        <w:tc>
          <w:tcPr>
            <w:tcW w:type="dxa" w:w="1758"/>
            <w:shd w:fill="FAFCF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13.19</w:t>
            </w:r>
          </w:p>
        </w:tc>
        <w:tc>
          <w:tcPr>
            <w:tcW w:type="dxa" w:w="1758"/>
            <w:shd w:fill="FAFCF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1.3</w:t>
            </w:r>
          </w:p>
        </w:tc>
        <w:tc>
          <w:tcPr>
            <w:tcW w:type="dxa" w:w="1758"/>
            <w:shd w:fill="FAFCF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17</w:t>
            </w:r>
          </w:p>
        </w:tc>
      </w:tr>
      <w:tr>
        <w:tc>
          <w:tcPr>
            <w:tcW w:type="dxa" w:w="1758"/>
            <w:shd w:fill="FBFDF9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16  (▼1)</w:t>
            </w:r>
          </w:p>
        </w:tc>
        <w:tc>
          <w:tcPr>
            <w:tcW w:type="dxa" w:w="1758"/>
            <w:shd w:fill="FBFDF9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ᴛʜᴇᴘᴇʀʀʏ</w:t>
            </w:r>
          </w:p>
        </w:tc>
        <w:tc>
          <w:tcPr>
            <w:tcW w:type="dxa" w:w="1758"/>
            <w:shd w:fill="FBFDF9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BFDF9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11.51</w:t>
            </w:r>
          </w:p>
        </w:tc>
        <w:tc>
          <w:tcPr>
            <w:tcW w:type="dxa" w:w="1758"/>
            <w:shd w:fill="FBFDF9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BFDF9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17</w:t>
            </w:r>
          </w:p>
        </w:tc>
      </w:tr>
      <w:tr>
        <w:tc>
          <w:tcPr>
            <w:tcW w:type="dxa" w:w="1758"/>
            <w:shd w:fill="FCFDF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5E20"/>
                <w:sz w:val="18"/>
              </w:rPr>
              <w:t>17  (▲3)</w:t>
            </w:r>
          </w:p>
        </w:tc>
        <w:tc>
          <w:tcPr>
            <w:tcW w:type="dxa" w:w="1758"/>
            <w:shd w:fill="FCFDF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ᴄʀᴀᴢʏᴘʀɪᴍᴇ</w:t>
            </w:r>
          </w:p>
        </w:tc>
        <w:tc>
          <w:tcPr>
            <w:tcW w:type="dxa" w:w="1758"/>
            <w:shd w:fill="FCFDF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CFDF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7.75</w:t>
            </w:r>
          </w:p>
        </w:tc>
        <w:tc>
          <w:tcPr>
            <w:tcW w:type="dxa" w:w="1758"/>
            <w:shd w:fill="FCFDF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CFDF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12</w:t>
            </w:r>
          </w:p>
        </w:tc>
      </w:tr>
      <w:tr>
        <w:tc>
          <w:tcPr>
            <w:tcW w:type="dxa" w:w="1758"/>
            <w:shd w:fill="FDFEFC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18  (new)</w:t>
            </w:r>
          </w:p>
        </w:tc>
        <w:tc>
          <w:tcPr>
            <w:tcW w:type="dxa" w:w="1758"/>
            <w:shd w:fill="FDFEFC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ʜéʀᴏᴇ03969</w:t>
            </w:r>
          </w:p>
        </w:tc>
        <w:tc>
          <w:tcPr>
            <w:tcW w:type="dxa" w:w="1758"/>
            <w:shd w:fill="FDFEFC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</w:t>
            </w:r>
          </w:p>
        </w:tc>
        <w:tc>
          <w:tcPr>
            <w:tcW w:type="dxa" w:w="1758"/>
            <w:shd w:fill="FDFEFC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9.64</w:t>
            </w:r>
          </w:p>
        </w:tc>
        <w:tc>
          <w:tcPr>
            <w:tcW w:type="dxa" w:w="1758"/>
            <w:shd w:fill="FDFEFC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1.1</w:t>
            </w:r>
          </w:p>
        </w:tc>
        <w:tc>
          <w:tcPr>
            <w:tcW w:type="dxa" w:w="1758"/>
            <w:shd w:fill="FDFEFC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11</w:t>
            </w:r>
          </w:p>
        </w:tc>
      </w:tr>
      <w:tr>
        <w:tc>
          <w:tcPr>
            <w:tcW w:type="dxa" w:w="1758"/>
            <w:shd w:fill="FEFEF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5E20"/>
                <w:sz w:val="18"/>
              </w:rPr>
              <w:t>19  (▲4)</w:t>
            </w:r>
          </w:p>
        </w:tc>
        <w:tc>
          <w:tcPr>
            <w:tcW w:type="dxa" w:w="1758"/>
            <w:shd w:fill="FEFEF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ᴀᴅʀɪ</w:t>
            </w:r>
          </w:p>
        </w:tc>
        <w:tc>
          <w:tcPr>
            <w:tcW w:type="dxa" w:w="1758"/>
            <w:shd w:fill="FEFEF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EFEF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6.72</w:t>
            </w:r>
          </w:p>
        </w:tc>
        <w:tc>
          <w:tcPr>
            <w:tcW w:type="dxa" w:w="1758"/>
            <w:shd w:fill="FEFEF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EFEF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10</w:t>
            </w:r>
          </w:p>
        </w:tc>
      </w:tr>
      <w:tr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20  (▼2)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ꜱᴀᴍᴜ88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6.69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10</w:t>
            </w:r>
          </w:p>
        </w:tc>
      </w:tr>
      <w:tr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21  (▼4)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ᴘᴀʟʟᴇꜱᴇxᴏ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6.52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10</w:t>
            </w:r>
          </w:p>
        </w:tc>
      </w:tr>
      <w:tr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22  (new)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ꜱᴏɴɪᴄ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8.59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1.1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9</w:t>
            </w:r>
          </w:p>
        </w:tc>
      </w:tr>
      <w:tr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23  (▼1)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ᴘɪʟᴏᴛᴀ74545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5.99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9</w:t>
            </w:r>
          </w:p>
        </w:tc>
      </w:tr>
      <w:tr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24  (▼10)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ᴄᴀᴘᴏ97351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5.92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9</w:t>
            </w:r>
          </w:p>
        </w:tc>
      </w:tr>
      <w:tr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25  (▼4)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ꜱʟᴀʏᴇʀ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5.80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9</w:t>
            </w:r>
          </w:p>
        </w:tc>
      </w:tr>
      <w:tr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26  (▼2)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ᴋʟᴀᴜᴅɪᴏ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4.93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7</w:t>
            </w:r>
          </w:p>
        </w:tc>
      </w:tr>
      <w:tr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27  (=)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ᴛᴜʀʙᴏ51898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3.30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</w:tr>
      <w:tr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B5E20"/>
                <w:sz w:val="18"/>
              </w:rPr>
              <w:t>28  (▲1)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ʟɪʀᴀ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3.07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</w:tr>
      <w:tr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29  (new)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ɴɪᴄʜᴏʟᴀꜱ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3.33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1.1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4</w:t>
            </w:r>
          </w:p>
        </w:tc>
      </w:tr>
      <w:tr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30  (▼11)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ᴘᴇʀɴɪᴄᴇᴜɴᴛᴀ5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2.47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4</w:t>
            </w:r>
          </w:p>
        </w:tc>
      </w:tr>
      <w:tr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31  (▼3)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ʙᴀʀᴛ9@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2.27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FF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3</w:t>
            </w:r>
          </w:p>
        </w:tc>
      </w:tr>
      <w:tr>
        <w:tc>
          <w:tcPr>
            <w:tcW w:type="dxa" w:w="1758"/>
            <w:shd w:fill="FFFCF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32  (▼7)</w:t>
            </w:r>
          </w:p>
        </w:tc>
        <w:tc>
          <w:tcPr>
            <w:tcW w:type="dxa" w:w="1758"/>
            <w:shd w:fill="FFFCF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ʟᴇᴏɴᴀʀᴅᴏ</w:t>
            </w:r>
          </w:p>
        </w:tc>
        <w:tc>
          <w:tcPr>
            <w:tcW w:type="dxa" w:w="1758"/>
            <w:shd w:fill="FFFCF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CF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1.71</w:t>
            </w:r>
          </w:p>
        </w:tc>
        <w:tc>
          <w:tcPr>
            <w:tcW w:type="dxa" w:w="1758"/>
            <w:shd w:fill="FFFCF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CFD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3</w:t>
            </w:r>
          </w:p>
        </w:tc>
      </w:tr>
      <w:tr>
        <w:trPr>
          <w:trHeight w:val="238" w:hRule="atLeast"/>
        </w:trPr>
        <w:tc>
          <w:tcPr>
            <w:tcW w:type="dxa" w:w="1758"/>
            <w:shd w:fill="FFFAFB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33  (▼3)</w:t>
            </w:r>
          </w:p>
        </w:tc>
        <w:tc>
          <w:tcPr>
            <w:tcW w:type="dxa" w:w="1758"/>
            <w:shd w:fill="FFFAFB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ꜱɪʀꜱᴇʀᴘɪᴄᴏ91</w:t>
            </w:r>
          </w:p>
        </w:tc>
        <w:tc>
          <w:tcPr>
            <w:tcW w:type="dxa" w:w="1758"/>
            <w:shd w:fill="FFFAFB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AFB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1.71</w:t>
            </w:r>
          </w:p>
        </w:tc>
        <w:tc>
          <w:tcPr>
            <w:tcW w:type="dxa" w:w="1758"/>
            <w:shd w:fill="FFFAFB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AFB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3</w:t>
            </w:r>
          </w:p>
        </w:tc>
      </w:tr>
      <w:tr>
        <w:trPr>
          <w:trHeight w:val="238" w:hRule="atLeast"/>
        </w:trPr>
        <w:tc>
          <w:tcPr>
            <w:tcW w:type="dxa" w:w="1758"/>
            <w:shd w:fill="FFF8F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34  (▼3)</w:t>
            </w:r>
          </w:p>
        </w:tc>
        <w:tc>
          <w:tcPr>
            <w:tcW w:type="dxa" w:w="1758"/>
            <w:shd w:fill="FFF8F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ɢɪᴜꜱʏ</w:t>
            </w:r>
          </w:p>
        </w:tc>
        <w:tc>
          <w:tcPr>
            <w:tcW w:type="dxa" w:w="1758"/>
            <w:shd w:fill="FFF8F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8F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1.36</w:t>
            </w:r>
          </w:p>
        </w:tc>
        <w:tc>
          <w:tcPr>
            <w:tcW w:type="dxa" w:w="1758"/>
            <w:shd w:fill="FFF8F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8F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</w:t>
            </w:r>
          </w:p>
        </w:tc>
      </w:tr>
      <w:tr>
        <w:trPr>
          <w:trHeight w:val="238" w:hRule="atLeast"/>
        </w:trPr>
        <w:tc>
          <w:tcPr>
            <w:tcW w:type="dxa" w:w="1758"/>
            <w:shd w:fill="FFF6F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35  (▼9)</w:t>
            </w:r>
          </w:p>
        </w:tc>
        <w:tc>
          <w:tcPr>
            <w:tcW w:type="dxa" w:w="1758"/>
            <w:shd w:fill="FFF6F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ᴄᴏʀᴡʟʟᴏ</w:t>
            </w:r>
          </w:p>
        </w:tc>
        <w:tc>
          <w:tcPr>
            <w:tcW w:type="dxa" w:w="1758"/>
            <w:shd w:fill="FFF6F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6F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1.14</w:t>
            </w:r>
          </w:p>
        </w:tc>
        <w:tc>
          <w:tcPr>
            <w:tcW w:type="dxa" w:w="1758"/>
            <w:shd w:fill="FFF6F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6F8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2</w:t>
            </w:r>
          </w:p>
        </w:tc>
      </w:tr>
      <w:tr>
        <w:trPr>
          <w:trHeight w:val="238" w:hRule="atLeast"/>
        </w:trPr>
        <w:tc>
          <w:tcPr>
            <w:tcW w:type="dxa" w:w="1758"/>
            <w:shd w:fill="FFF4F7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36  (▼4)</w:t>
            </w:r>
          </w:p>
        </w:tc>
        <w:tc>
          <w:tcPr>
            <w:tcW w:type="dxa" w:w="1758"/>
            <w:shd w:fill="FFF4F7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ᴋʟᴏʀᴏ</w:t>
            </w:r>
          </w:p>
        </w:tc>
        <w:tc>
          <w:tcPr>
            <w:tcW w:type="dxa" w:w="1758"/>
            <w:shd w:fill="FFF4F7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3</w:t>
            </w:r>
          </w:p>
        </w:tc>
        <w:tc>
          <w:tcPr>
            <w:tcW w:type="dxa" w:w="1758"/>
            <w:shd w:fill="FFF4F7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1.06</w:t>
            </w:r>
          </w:p>
        </w:tc>
        <w:tc>
          <w:tcPr>
            <w:tcW w:type="dxa" w:w="1758"/>
            <w:shd w:fill="FFF4F7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1.3</w:t>
            </w:r>
          </w:p>
        </w:tc>
        <w:tc>
          <w:tcPr>
            <w:tcW w:type="dxa" w:w="1758"/>
            <w:shd w:fill="FFF4F7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</w:t>
            </w:r>
          </w:p>
        </w:tc>
      </w:tr>
      <w:tr>
        <w:trPr>
          <w:trHeight w:val="238" w:hRule="atLeast"/>
        </w:trPr>
        <w:tc>
          <w:tcPr>
            <w:tcW w:type="dxa" w:w="1758"/>
            <w:shd w:fill="FFF2F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37  (▼4)</w:t>
            </w:r>
          </w:p>
        </w:tc>
        <w:tc>
          <w:tcPr>
            <w:tcW w:type="dxa" w:w="1758"/>
            <w:shd w:fill="FFF2F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ʙᴀʀᴜ</w:t>
            </w:r>
          </w:p>
        </w:tc>
        <w:tc>
          <w:tcPr>
            <w:tcW w:type="dxa" w:w="1758"/>
            <w:shd w:fill="FFF2F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F2F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0.63</w:t>
            </w:r>
          </w:p>
        </w:tc>
        <w:tc>
          <w:tcPr>
            <w:tcW w:type="dxa" w:w="1758"/>
            <w:shd w:fill="FFF2F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F2F5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</w:t>
            </w:r>
          </w:p>
        </w:tc>
      </w:tr>
      <w:tr>
        <w:trPr>
          <w:trHeight w:val="238" w:hRule="atLeast"/>
        </w:trPr>
        <w:tc>
          <w:tcPr>
            <w:tcW w:type="dxa" w:w="1758"/>
            <w:shd w:fill="FFF0F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38  (▼4)</w:t>
            </w:r>
          </w:p>
        </w:tc>
        <w:tc>
          <w:tcPr>
            <w:tcW w:type="dxa" w:w="1758"/>
            <w:shd w:fill="FFF0F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ᴇʟ ꜰɪʟ</w:t>
            </w:r>
          </w:p>
        </w:tc>
        <w:tc>
          <w:tcPr>
            <w:tcW w:type="dxa" w:w="1758"/>
            <w:shd w:fill="FFF0F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4</w:t>
            </w:r>
          </w:p>
        </w:tc>
        <w:tc>
          <w:tcPr>
            <w:tcW w:type="dxa" w:w="1758"/>
            <w:shd w:fill="FFF0F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0.58</w:t>
            </w:r>
          </w:p>
        </w:tc>
        <w:tc>
          <w:tcPr>
            <w:tcW w:type="dxa" w:w="1758"/>
            <w:shd w:fill="FFF0F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1.4</w:t>
            </w:r>
          </w:p>
        </w:tc>
        <w:tc>
          <w:tcPr>
            <w:tcW w:type="dxa" w:w="1758"/>
            <w:shd w:fill="FFF0F4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</w:t>
            </w:r>
          </w:p>
        </w:tc>
      </w:tr>
      <w:tr>
        <w:trPr>
          <w:trHeight w:val="238" w:hRule="atLeast"/>
        </w:trPr>
        <w:tc>
          <w:tcPr>
            <w:tcW w:type="dxa" w:w="1758"/>
            <w:shd w:fill="FFEEF2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39  (▼4)</w:t>
            </w:r>
          </w:p>
        </w:tc>
        <w:tc>
          <w:tcPr>
            <w:tcW w:type="dxa" w:w="1758"/>
            <w:shd w:fill="FFEEF2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ᴘʀᴏᴅᴅʏ</w:t>
            </w:r>
          </w:p>
        </w:tc>
        <w:tc>
          <w:tcPr>
            <w:tcW w:type="dxa" w:w="1758"/>
            <w:shd w:fill="FFEEF2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5</w:t>
            </w:r>
          </w:p>
        </w:tc>
        <w:tc>
          <w:tcPr>
            <w:tcW w:type="dxa" w:w="1758"/>
            <w:shd w:fill="FFEEF2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0.51</w:t>
            </w:r>
          </w:p>
        </w:tc>
        <w:tc>
          <w:tcPr>
            <w:tcW w:type="dxa" w:w="1758"/>
            <w:shd w:fill="FFEEF2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1.5</w:t>
            </w:r>
          </w:p>
        </w:tc>
        <w:tc>
          <w:tcPr>
            <w:tcW w:type="dxa" w:w="1758"/>
            <w:shd w:fill="FFEEF2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</w:t>
            </w:r>
          </w:p>
        </w:tc>
      </w:tr>
      <w:tr>
        <w:trPr>
          <w:trHeight w:val="238" w:hRule="atLeast"/>
        </w:trPr>
        <w:tc>
          <w:tcPr>
            <w:tcW w:type="dxa" w:w="1758"/>
            <w:shd w:fill="FFECF1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40  (▼4)  E</w:t>
            </w:r>
          </w:p>
        </w:tc>
        <w:tc>
          <w:tcPr>
            <w:tcW w:type="dxa" w:w="1758"/>
            <w:shd w:fill="FFECF1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ɪʟᴅɪᴏɢʜᴀɴᴇ</w:t>
            </w:r>
          </w:p>
        </w:tc>
        <w:tc>
          <w:tcPr>
            <w:tcW w:type="dxa" w:w="1758"/>
            <w:shd w:fill="FFECF1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4</w:t>
            </w:r>
          </w:p>
        </w:tc>
        <w:tc>
          <w:tcPr>
            <w:tcW w:type="dxa" w:w="1758"/>
            <w:shd w:fill="FFECF1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0.23</w:t>
            </w:r>
          </w:p>
        </w:tc>
        <w:tc>
          <w:tcPr>
            <w:tcW w:type="dxa" w:w="1758"/>
            <w:shd w:fill="FFECF1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1.4</w:t>
            </w:r>
          </w:p>
        </w:tc>
        <w:tc>
          <w:tcPr>
            <w:tcW w:type="dxa" w:w="1758"/>
            <w:shd w:fill="FFECF1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0</w:t>
            </w:r>
          </w:p>
        </w:tc>
      </w:tr>
      <w:tr>
        <w:trPr>
          <w:trHeight w:val="238" w:hRule="atLeast"/>
        </w:trPr>
        <w:tc>
          <w:tcPr>
            <w:tcW w:type="dxa" w:w="1758"/>
            <w:shd w:fill="FFEAE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41  (▼4)  E</w:t>
            </w:r>
          </w:p>
        </w:tc>
        <w:tc>
          <w:tcPr>
            <w:tcW w:type="dxa" w:w="1758"/>
            <w:shd w:fill="FFEAE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ᴀᴅᴇ</w:t>
            </w:r>
          </w:p>
        </w:tc>
        <w:tc>
          <w:tcPr>
            <w:tcW w:type="dxa" w:w="1758"/>
            <w:shd w:fill="FFEAE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4</w:t>
            </w:r>
          </w:p>
        </w:tc>
        <w:tc>
          <w:tcPr>
            <w:tcW w:type="dxa" w:w="1758"/>
            <w:shd w:fill="FFEAE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0.17</w:t>
            </w:r>
          </w:p>
        </w:tc>
        <w:tc>
          <w:tcPr>
            <w:tcW w:type="dxa" w:w="1758"/>
            <w:shd w:fill="FFEAE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1.4</w:t>
            </w:r>
          </w:p>
        </w:tc>
        <w:tc>
          <w:tcPr>
            <w:tcW w:type="dxa" w:w="1758"/>
            <w:shd w:fill="FFEAEF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0</w:t>
            </w:r>
          </w:p>
        </w:tc>
      </w:tr>
      <w:tr>
        <w:trPr>
          <w:trHeight w:val="238" w:hRule="atLeast"/>
        </w:trPr>
        <w:tc>
          <w:tcPr>
            <w:tcW w:type="dxa" w:w="1758"/>
            <w:shd w:fill="FFE8EE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B71C1C"/>
                <w:sz w:val="18"/>
              </w:rPr>
              <w:t>42  (▼4)  E</w:t>
            </w:r>
          </w:p>
        </w:tc>
        <w:tc>
          <w:tcPr>
            <w:tcW w:type="dxa" w:w="1758"/>
            <w:shd w:fill="FFE8EE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ᴢɪᴏʙʟɪᴛᴏ</w:t>
            </w:r>
          </w:p>
        </w:tc>
        <w:tc>
          <w:tcPr>
            <w:tcW w:type="dxa" w:w="1758"/>
            <w:shd w:fill="FFE8EE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4</w:t>
            </w:r>
          </w:p>
        </w:tc>
        <w:tc>
          <w:tcPr>
            <w:tcW w:type="dxa" w:w="1758"/>
            <w:shd w:fill="FFE8EE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0.17</w:t>
            </w:r>
          </w:p>
        </w:tc>
        <w:tc>
          <w:tcPr>
            <w:tcW w:type="dxa" w:w="1758"/>
            <w:shd w:fill="FFE8EE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1.4</w:t>
            </w:r>
          </w:p>
        </w:tc>
        <w:tc>
          <w:tcPr>
            <w:tcW w:type="dxa" w:w="1758"/>
            <w:shd w:fill="FFE8EE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>
            <w:pPr>
              <w:jc w:val="center"/>
            </w:pPr>
            <w:r/>
            <w:r>
              <w:rPr>
                <w:rFonts w:ascii="Arial" w:hAnsi="Arial"/>
                <w:b w:val="0"/>
                <w:color w:val="1A1A2E"/>
                <w:sz w:val="18"/>
              </w:rPr>
              <w:t>0</w:t>
            </w:r>
          </w:p>
        </w:tc>
      </w:tr>
    </w:tbl>
    <w:p>
      <w:r>
        <w:rPr>
          <w:rFonts w:ascii="Arial" w:hAnsi="Arial"/>
          <w:i/>
          <w:color w:val="4A148C"/>
          <w:sz w:val="16"/>
        </w:rPr>
        <w:t>▲ guadagnate / ▼ perse / = stabile vs 7 settembre 2026.  E = espulsione (ultime 3).  Punteggio = ARROTONDA(media pond × (1 + presenze/10)).  Pesi: 11 set ×1,2 · 7 set ×1,1 · 31 ago ×1,0 · 22 ago ×0,9 · 15 ago ×0,8.</w:t>
      </w:r>
    </w:p>
    <w:p>
      <w:r>
        <w:br w:type="page"/>
      </w:r>
    </w:p>
    <w:p>
      <w:pPr>
        <w:jc w:val="center"/>
      </w:pPr>
      <w:r>
        <w:rPr>
          <w:rFonts w:ascii="Arial" w:hAnsi="Arial"/>
          <w:b/>
          <w:color w:val="4A148C"/>
          <w:sz w:val="32"/>
        </w:rPr>
        <w:t>METODO 5W — F1BOYZ</w:t>
      </w:r>
    </w:p>
    <w:p>
      <w:r>
        <w:rPr>
          <w:rFonts w:ascii="Arial" w:hAnsi="Arial"/>
          <w:b/>
          <w:sz w:val="22"/>
        </w:rPr>
        <w:t xml:space="preserve">WHO  </w:t>
      </w:r>
      <w:r>
        <w:rPr>
          <w:rFonts w:ascii="Arial" w:hAnsi="Arial"/>
          <w:sz w:val="22"/>
        </w:rPr>
        <w:t>Membri F1Boyz con almeno uno score &gt; 0 nelle 5 settimane</w:t>
      </w:r>
    </w:p>
    <w:p>
      <w:r>
        <w:rPr>
          <w:rFonts w:ascii="Arial" w:hAnsi="Arial"/>
          <w:b/>
          <w:sz w:val="22"/>
        </w:rPr>
        <w:t xml:space="preserve">WHAT  </w:t>
      </w:r>
      <w:r>
        <w:rPr>
          <w:rFonts w:ascii="Arial" w:hAnsi="Arial"/>
          <w:sz w:val="22"/>
        </w:rPr>
        <w:t>Ranking = media ponderata (solo settimane di presenza) × (1 + presenze/10), arrotondato all’unità</w:t>
      </w:r>
    </w:p>
    <w:p>
      <w:r>
        <w:rPr>
          <w:rFonts w:ascii="Arial" w:hAnsi="Arial"/>
          <w:b/>
          <w:sz w:val="22"/>
        </w:rPr>
        <w:t xml:space="preserve">WHEN  </w:t>
      </w:r>
      <w:r>
        <w:rPr>
          <w:rFonts w:ascii="Arial" w:hAnsi="Arial"/>
          <w:sz w:val="22"/>
        </w:rPr>
        <w:t>Aggiornamento 11 Settembre 2026; pesi 0,8 (15 ago) … 1,2 (11 set)</w:t>
      </w:r>
    </w:p>
    <w:p>
      <w:r>
        <w:rPr>
          <w:rFonts w:ascii="Arial" w:hAnsi="Arial"/>
          <w:b/>
          <w:sz w:val="22"/>
        </w:rPr>
        <w:t xml:space="preserve">WHERE  </w:t>
      </w:r>
      <w:r>
        <w:rPr>
          <w:rFonts w:ascii="Arial" w:hAnsi="Arial"/>
          <w:sz w:val="22"/>
        </w:rPr>
        <w:t>Classifica interna scuderia; ultime 3 in zona espulsione (E)</w:t>
      </w:r>
    </w:p>
    <w:p>
      <w:r>
        <w:rPr>
          <w:rFonts w:ascii="Arial" w:hAnsi="Arial"/>
          <w:b/>
          <w:sz w:val="22"/>
        </w:rPr>
        <w:t xml:space="preserve">WHY  </w:t>
      </w:r>
      <w:r>
        <w:rPr>
          <w:rFonts w:ascii="Arial" w:hAnsi="Arial"/>
          <w:sz w:val="22"/>
        </w:rPr>
        <w:t>Premiare rendimento recente e continuità di presenza</w:t>
      </w:r>
    </w:p>
    <w:sectPr w:rsidR="00FC693F" w:rsidRPr="0006063C" w:rsidSect="00034616"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